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6C51D" w14:textId="77777777" w:rsidR="00317937" w:rsidRDefault="00000000">
      <w:pPr>
        <w:pStyle w:val="Heading1"/>
      </w:pPr>
      <w:r>
        <w:t>Malmesbury Primary School</w:t>
      </w:r>
      <w:r>
        <w:br/>
        <w:t>Attendance Register 2024–2025</w:t>
      </w:r>
    </w:p>
    <w:p w14:paraId="47C4B5E3" w14:textId="77777777" w:rsidR="00317937" w:rsidRDefault="00000000">
      <w:pPr>
        <w:pStyle w:val="Heading2"/>
      </w:pPr>
      <w:r>
        <w:t>Full Governing Body 2024–2025</w:t>
      </w:r>
    </w:p>
    <w:tbl>
      <w:tblPr>
        <w:tblStyle w:val="TableGrid"/>
        <w:tblW w:w="10632" w:type="dxa"/>
        <w:tblInd w:w="-856" w:type="dxa"/>
        <w:tblLook w:val="04A0" w:firstRow="1" w:lastRow="0" w:firstColumn="1" w:lastColumn="0" w:noHBand="0" w:noVBand="1"/>
      </w:tblPr>
      <w:tblGrid>
        <w:gridCol w:w="2292"/>
        <w:gridCol w:w="1439"/>
        <w:gridCol w:w="1440"/>
        <w:gridCol w:w="1440"/>
        <w:gridCol w:w="1440"/>
        <w:gridCol w:w="2581"/>
      </w:tblGrid>
      <w:tr w:rsidR="00317937" w14:paraId="3E593E1F" w14:textId="77777777" w:rsidTr="00DB5DF0">
        <w:tc>
          <w:tcPr>
            <w:tcW w:w="2292" w:type="dxa"/>
          </w:tcPr>
          <w:p w14:paraId="6082A2D3" w14:textId="77777777" w:rsidR="00317937" w:rsidRDefault="00000000">
            <w:r>
              <w:t>Name</w:t>
            </w:r>
          </w:p>
        </w:tc>
        <w:tc>
          <w:tcPr>
            <w:tcW w:w="1439" w:type="dxa"/>
          </w:tcPr>
          <w:p w14:paraId="0EAD5EEF" w14:textId="77777777" w:rsidR="00317937" w:rsidRDefault="00000000">
            <w:r>
              <w:t>01/10/2024</w:t>
            </w:r>
          </w:p>
        </w:tc>
        <w:tc>
          <w:tcPr>
            <w:tcW w:w="1440" w:type="dxa"/>
          </w:tcPr>
          <w:p w14:paraId="2C1FA7FB" w14:textId="77777777" w:rsidR="00317937" w:rsidRDefault="00000000">
            <w:r>
              <w:t>26/11/2024</w:t>
            </w:r>
          </w:p>
        </w:tc>
        <w:tc>
          <w:tcPr>
            <w:tcW w:w="1440" w:type="dxa"/>
          </w:tcPr>
          <w:p w14:paraId="557C01A7" w14:textId="77777777" w:rsidR="00317937" w:rsidRDefault="00000000">
            <w:r>
              <w:t>04/03/2025</w:t>
            </w:r>
          </w:p>
        </w:tc>
        <w:tc>
          <w:tcPr>
            <w:tcW w:w="1440" w:type="dxa"/>
          </w:tcPr>
          <w:p w14:paraId="115849B9" w14:textId="77777777" w:rsidR="00317937" w:rsidRDefault="00000000">
            <w:r>
              <w:t>08/07/2025</w:t>
            </w:r>
          </w:p>
        </w:tc>
        <w:tc>
          <w:tcPr>
            <w:tcW w:w="2581" w:type="dxa"/>
          </w:tcPr>
          <w:p w14:paraId="031100D3" w14:textId="77777777" w:rsidR="00317937" w:rsidRDefault="00000000">
            <w:r>
              <w:t>Total attended</w:t>
            </w:r>
          </w:p>
        </w:tc>
      </w:tr>
      <w:tr w:rsidR="00317937" w14:paraId="24A5A21D" w14:textId="77777777" w:rsidTr="00DB5DF0">
        <w:tc>
          <w:tcPr>
            <w:tcW w:w="2292" w:type="dxa"/>
          </w:tcPr>
          <w:p w14:paraId="00B11032" w14:textId="77777777" w:rsidR="00317937" w:rsidRDefault="00000000">
            <w:r>
              <w:t>Claire Stewart</w:t>
            </w:r>
          </w:p>
        </w:tc>
        <w:tc>
          <w:tcPr>
            <w:tcW w:w="1439" w:type="dxa"/>
          </w:tcPr>
          <w:p w14:paraId="23C70BFB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26237068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389C0B0E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5560DBEF" w14:textId="77777777" w:rsidR="00317937" w:rsidRDefault="00000000">
            <w:r>
              <w:t>✔️</w:t>
            </w:r>
          </w:p>
        </w:tc>
        <w:tc>
          <w:tcPr>
            <w:tcW w:w="2581" w:type="dxa"/>
          </w:tcPr>
          <w:p w14:paraId="7FE238B0" w14:textId="77777777" w:rsidR="00317937" w:rsidRDefault="00000000">
            <w:r>
              <w:t>4/4 – 100%</w:t>
            </w:r>
          </w:p>
        </w:tc>
      </w:tr>
      <w:tr w:rsidR="00317937" w14:paraId="150B7C26" w14:textId="77777777" w:rsidTr="00DB5DF0">
        <w:tc>
          <w:tcPr>
            <w:tcW w:w="2292" w:type="dxa"/>
          </w:tcPr>
          <w:p w14:paraId="0148F4DA" w14:textId="3284517E" w:rsidR="00317937" w:rsidRDefault="00000000">
            <w:r>
              <w:t>Rohima Kha</w:t>
            </w:r>
            <w:r w:rsidR="00820BCB">
              <w:t>nom</w:t>
            </w:r>
          </w:p>
        </w:tc>
        <w:tc>
          <w:tcPr>
            <w:tcW w:w="1439" w:type="dxa"/>
          </w:tcPr>
          <w:p w14:paraId="66E5F927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1F944296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15CB2546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2D61AB6C" w14:textId="77777777" w:rsidR="00317937" w:rsidRDefault="00000000">
            <w:r>
              <w:t>✔️</w:t>
            </w:r>
          </w:p>
        </w:tc>
        <w:tc>
          <w:tcPr>
            <w:tcW w:w="2581" w:type="dxa"/>
          </w:tcPr>
          <w:p w14:paraId="16FA2288" w14:textId="77777777" w:rsidR="00317937" w:rsidRDefault="00000000">
            <w:r>
              <w:t>4/4 – 100%</w:t>
            </w:r>
          </w:p>
        </w:tc>
      </w:tr>
      <w:tr w:rsidR="00317937" w14:paraId="0DBFF5BA" w14:textId="77777777" w:rsidTr="00DB5DF0">
        <w:tc>
          <w:tcPr>
            <w:tcW w:w="2292" w:type="dxa"/>
          </w:tcPr>
          <w:p w14:paraId="74A66EE1" w14:textId="77777777" w:rsidR="00317937" w:rsidRDefault="00000000">
            <w:r>
              <w:t>Danny Hassell</w:t>
            </w:r>
          </w:p>
        </w:tc>
        <w:tc>
          <w:tcPr>
            <w:tcW w:w="1439" w:type="dxa"/>
          </w:tcPr>
          <w:p w14:paraId="2FF8ACF8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72106A0D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7AC16B42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693CAA9A" w14:textId="77777777" w:rsidR="00317937" w:rsidRDefault="00000000">
            <w:r>
              <w:t>Apologies</w:t>
            </w:r>
          </w:p>
        </w:tc>
        <w:tc>
          <w:tcPr>
            <w:tcW w:w="2581" w:type="dxa"/>
          </w:tcPr>
          <w:p w14:paraId="5769B7E0" w14:textId="77777777" w:rsidR="00317937" w:rsidRDefault="00000000">
            <w:r>
              <w:t>3/4 – 75%</w:t>
            </w:r>
          </w:p>
        </w:tc>
      </w:tr>
      <w:tr w:rsidR="00317937" w14:paraId="4EE8BBDF" w14:textId="77777777" w:rsidTr="00DB5DF0">
        <w:tc>
          <w:tcPr>
            <w:tcW w:w="2292" w:type="dxa"/>
          </w:tcPr>
          <w:p w14:paraId="1842A2E2" w14:textId="77777777" w:rsidR="00317937" w:rsidRDefault="00000000">
            <w:r>
              <w:t>Steve Gilvin</w:t>
            </w:r>
          </w:p>
        </w:tc>
        <w:tc>
          <w:tcPr>
            <w:tcW w:w="1439" w:type="dxa"/>
          </w:tcPr>
          <w:p w14:paraId="4F6F886D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04D18CA7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760D87FB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0026938F" w14:textId="77777777" w:rsidR="00317937" w:rsidRDefault="00000000">
            <w:r>
              <w:t>✔️</w:t>
            </w:r>
          </w:p>
        </w:tc>
        <w:tc>
          <w:tcPr>
            <w:tcW w:w="2581" w:type="dxa"/>
          </w:tcPr>
          <w:p w14:paraId="62F793AA" w14:textId="77777777" w:rsidR="00317937" w:rsidRDefault="00000000">
            <w:r>
              <w:t>4/4 – 100%</w:t>
            </w:r>
          </w:p>
        </w:tc>
      </w:tr>
      <w:tr w:rsidR="00317937" w14:paraId="3DB74C4E" w14:textId="77777777" w:rsidTr="00DB5DF0">
        <w:tc>
          <w:tcPr>
            <w:tcW w:w="2292" w:type="dxa"/>
          </w:tcPr>
          <w:p w14:paraId="517C3D71" w14:textId="77777777" w:rsidR="00317937" w:rsidRDefault="00000000">
            <w:r>
              <w:t>Irum Ali</w:t>
            </w:r>
          </w:p>
        </w:tc>
        <w:tc>
          <w:tcPr>
            <w:tcW w:w="1439" w:type="dxa"/>
          </w:tcPr>
          <w:p w14:paraId="264DF351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177C270C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10F2A8D1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484308E8" w14:textId="77777777" w:rsidR="00317937" w:rsidRDefault="00000000">
            <w:r>
              <w:t>✔️</w:t>
            </w:r>
          </w:p>
        </w:tc>
        <w:tc>
          <w:tcPr>
            <w:tcW w:w="2581" w:type="dxa"/>
          </w:tcPr>
          <w:p w14:paraId="4EB981D9" w14:textId="77777777" w:rsidR="00317937" w:rsidRDefault="00000000">
            <w:r>
              <w:t>4/4 – 100%</w:t>
            </w:r>
          </w:p>
        </w:tc>
      </w:tr>
      <w:tr w:rsidR="00317937" w14:paraId="6EFA1B71" w14:textId="77777777" w:rsidTr="00DB5DF0">
        <w:tc>
          <w:tcPr>
            <w:tcW w:w="2292" w:type="dxa"/>
          </w:tcPr>
          <w:p w14:paraId="3BF72A72" w14:textId="77777777" w:rsidR="00317937" w:rsidRDefault="00000000">
            <w:r>
              <w:t>Elizabeth Handley</w:t>
            </w:r>
          </w:p>
        </w:tc>
        <w:tc>
          <w:tcPr>
            <w:tcW w:w="1439" w:type="dxa"/>
          </w:tcPr>
          <w:p w14:paraId="142436A7" w14:textId="6009C443" w:rsidR="00317937" w:rsidRDefault="00000000">
            <w:r>
              <w:t>A</w:t>
            </w:r>
            <w:r w:rsidR="00AD53E0">
              <w:t>pologies</w:t>
            </w:r>
          </w:p>
        </w:tc>
        <w:tc>
          <w:tcPr>
            <w:tcW w:w="1440" w:type="dxa"/>
          </w:tcPr>
          <w:p w14:paraId="4C5152F9" w14:textId="77777777" w:rsidR="00317937" w:rsidRDefault="00000000">
            <w:r>
              <w:t>Apologies</w:t>
            </w:r>
          </w:p>
        </w:tc>
        <w:tc>
          <w:tcPr>
            <w:tcW w:w="1440" w:type="dxa"/>
          </w:tcPr>
          <w:p w14:paraId="66E8FE09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13668879" w14:textId="77777777" w:rsidR="00317937" w:rsidRDefault="00000000">
            <w:r>
              <w:t>✔️</w:t>
            </w:r>
          </w:p>
        </w:tc>
        <w:tc>
          <w:tcPr>
            <w:tcW w:w="2581" w:type="dxa"/>
          </w:tcPr>
          <w:p w14:paraId="5F8E3E55" w14:textId="77777777" w:rsidR="00317937" w:rsidRDefault="00000000">
            <w:r>
              <w:t>2/4 – 50%</w:t>
            </w:r>
          </w:p>
        </w:tc>
      </w:tr>
      <w:tr w:rsidR="00317937" w14:paraId="31F3819B" w14:textId="77777777" w:rsidTr="00DB5DF0">
        <w:tc>
          <w:tcPr>
            <w:tcW w:w="2292" w:type="dxa"/>
          </w:tcPr>
          <w:p w14:paraId="0BFBB2B8" w14:textId="77777777" w:rsidR="00317937" w:rsidRDefault="00000000">
            <w:r>
              <w:t>Nancy Zhang</w:t>
            </w:r>
          </w:p>
        </w:tc>
        <w:tc>
          <w:tcPr>
            <w:tcW w:w="1439" w:type="dxa"/>
          </w:tcPr>
          <w:p w14:paraId="5203E947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7B19179D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0CABE58A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39918A38" w14:textId="77777777" w:rsidR="00317937" w:rsidRDefault="00000000">
            <w:r>
              <w:t>✔️</w:t>
            </w:r>
          </w:p>
        </w:tc>
        <w:tc>
          <w:tcPr>
            <w:tcW w:w="2581" w:type="dxa"/>
          </w:tcPr>
          <w:p w14:paraId="1F704AD5" w14:textId="77777777" w:rsidR="00317937" w:rsidRDefault="00000000">
            <w:r>
              <w:t>4/4 – 100%</w:t>
            </w:r>
          </w:p>
        </w:tc>
      </w:tr>
      <w:tr w:rsidR="00317937" w14:paraId="06CA15AE" w14:textId="77777777" w:rsidTr="00DB5DF0">
        <w:tc>
          <w:tcPr>
            <w:tcW w:w="2292" w:type="dxa"/>
          </w:tcPr>
          <w:p w14:paraId="65BFE1EF" w14:textId="77777777" w:rsidR="00317937" w:rsidRDefault="00000000">
            <w:r>
              <w:t>Alan Morton</w:t>
            </w:r>
          </w:p>
        </w:tc>
        <w:tc>
          <w:tcPr>
            <w:tcW w:w="1439" w:type="dxa"/>
          </w:tcPr>
          <w:p w14:paraId="0D4B8ABC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2615F9E8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3421082F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7243B0D0" w14:textId="77777777" w:rsidR="00317937" w:rsidRDefault="00000000">
            <w:r>
              <w:t>✔️</w:t>
            </w:r>
          </w:p>
        </w:tc>
        <w:tc>
          <w:tcPr>
            <w:tcW w:w="2581" w:type="dxa"/>
          </w:tcPr>
          <w:p w14:paraId="29E30F2E" w14:textId="77777777" w:rsidR="00317937" w:rsidRDefault="00000000">
            <w:r>
              <w:t>4/4 – 100%</w:t>
            </w:r>
          </w:p>
        </w:tc>
      </w:tr>
      <w:tr w:rsidR="00317937" w14:paraId="16897995" w14:textId="77777777" w:rsidTr="00DB5DF0">
        <w:tc>
          <w:tcPr>
            <w:tcW w:w="2292" w:type="dxa"/>
          </w:tcPr>
          <w:p w14:paraId="11AE7002" w14:textId="77777777" w:rsidR="00317937" w:rsidRDefault="00000000">
            <w:r>
              <w:t>Val Whitehead</w:t>
            </w:r>
          </w:p>
        </w:tc>
        <w:tc>
          <w:tcPr>
            <w:tcW w:w="1439" w:type="dxa"/>
          </w:tcPr>
          <w:p w14:paraId="6C0BAE40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1728CFEE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13BD888C" w14:textId="77777777" w:rsidR="00317937" w:rsidRDefault="00000000">
            <w:r>
              <w:t>Apologies</w:t>
            </w:r>
          </w:p>
        </w:tc>
        <w:tc>
          <w:tcPr>
            <w:tcW w:w="1440" w:type="dxa"/>
          </w:tcPr>
          <w:p w14:paraId="692C2757" w14:textId="77777777" w:rsidR="00317937" w:rsidRDefault="00000000">
            <w:r>
              <w:t>✔️</w:t>
            </w:r>
          </w:p>
        </w:tc>
        <w:tc>
          <w:tcPr>
            <w:tcW w:w="2581" w:type="dxa"/>
          </w:tcPr>
          <w:p w14:paraId="5DEE358E" w14:textId="77777777" w:rsidR="00317937" w:rsidRDefault="00000000">
            <w:r>
              <w:t>3/4 – 75%</w:t>
            </w:r>
          </w:p>
        </w:tc>
      </w:tr>
      <w:tr w:rsidR="00317937" w14:paraId="5E009C96" w14:textId="77777777" w:rsidTr="00DB5DF0">
        <w:tc>
          <w:tcPr>
            <w:tcW w:w="2292" w:type="dxa"/>
          </w:tcPr>
          <w:p w14:paraId="3309F94F" w14:textId="77777777" w:rsidR="00317937" w:rsidRDefault="00000000">
            <w:r>
              <w:t>James Bustin</w:t>
            </w:r>
          </w:p>
        </w:tc>
        <w:tc>
          <w:tcPr>
            <w:tcW w:w="1439" w:type="dxa"/>
          </w:tcPr>
          <w:p w14:paraId="20AE1DAC" w14:textId="77777777" w:rsidR="00317937" w:rsidRDefault="00000000">
            <w:r>
              <w:t>N/A</w:t>
            </w:r>
          </w:p>
        </w:tc>
        <w:tc>
          <w:tcPr>
            <w:tcW w:w="1440" w:type="dxa"/>
          </w:tcPr>
          <w:p w14:paraId="52B51E62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095B79B6" w14:textId="77777777" w:rsidR="00317937" w:rsidRDefault="00000000">
            <w:r>
              <w:t>✔️</w:t>
            </w:r>
          </w:p>
        </w:tc>
        <w:tc>
          <w:tcPr>
            <w:tcW w:w="1440" w:type="dxa"/>
          </w:tcPr>
          <w:p w14:paraId="1558E202" w14:textId="77777777" w:rsidR="00317937" w:rsidRDefault="00000000">
            <w:r>
              <w:t>✔️</w:t>
            </w:r>
          </w:p>
        </w:tc>
        <w:tc>
          <w:tcPr>
            <w:tcW w:w="2581" w:type="dxa"/>
          </w:tcPr>
          <w:p w14:paraId="0DE3249F" w14:textId="77777777" w:rsidR="00317937" w:rsidRDefault="00000000">
            <w:r>
              <w:t>3/3 – 100%</w:t>
            </w:r>
          </w:p>
        </w:tc>
      </w:tr>
      <w:tr w:rsidR="00317937" w14:paraId="6A7EE519" w14:textId="77777777" w:rsidTr="00DB5DF0">
        <w:tc>
          <w:tcPr>
            <w:tcW w:w="2292" w:type="dxa"/>
          </w:tcPr>
          <w:p w14:paraId="58840281" w14:textId="77777777" w:rsidR="00317937" w:rsidRDefault="00000000">
            <w:r>
              <w:t>Valesca Wilton-Smith</w:t>
            </w:r>
          </w:p>
        </w:tc>
        <w:tc>
          <w:tcPr>
            <w:tcW w:w="1439" w:type="dxa"/>
          </w:tcPr>
          <w:p w14:paraId="5B60EACD" w14:textId="77777777" w:rsidR="00317937" w:rsidRDefault="00000000">
            <w:r>
              <w:t>N/A</w:t>
            </w:r>
          </w:p>
        </w:tc>
        <w:tc>
          <w:tcPr>
            <w:tcW w:w="1440" w:type="dxa"/>
          </w:tcPr>
          <w:p w14:paraId="301C8F71" w14:textId="77777777" w:rsidR="00317937" w:rsidRDefault="00000000">
            <w:r>
              <w:t>N/A</w:t>
            </w:r>
          </w:p>
        </w:tc>
        <w:tc>
          <w:tcPr>
            <w:tcW w:w="1440" w:type="dxa"/>
          </w:tcPr>
          <w:p w14:paraId="52B7BB24" w14:textId="77777777" w:rsidR="00317937" w:rsidRDefault="00000000">
            <w:r>
              <w:t>N/A</w:t>
            </w:r>
          </w:p>
        </w:tc>
        <w:tc>
          <w:tcPr>
            <w:tcW w:w="1440" w:type="dxa"/>
          </w:tcPr>
          <w:p w14:paraId="6D932CCA" w14:textId="77777777" w:rsidR="00317937" w:rsidRDefault="00000000">
            <w:r>
              <w:t>✔️</w:t>
            </w:r>
          </w:p>
        </w:tc>
        <w:tc>
          <w:tcPr>
            <w:tcW w:w="2581" w:type="dxa"/>
          </w:tcPr>
          <w:p w14:paraId="422A43FC" w14:textId="77777777" w:rsidR="00317937" w:rsidRDefault="00000000">
            <w:r>
              <w:t>1/1 – 100%</w:t>
            </w:r>
          </w:p>
        </w:tc>
      </w:tr>
    </w:tbl>
    <w:p w14:paraId="2127E605" w14:textId="77777777" w:rsidR="00317937" w:rsidRDefault="00000000">
      <w:pPr>
        <w:pStyle w:val="Heading2"/>
      </w:pPr>
      <w:r>
        <w:t>School Improvement Committee 2024–2025</w:t>
      </w:r>
    </w:p>
    <w:tbl>
      <w:tblPr>
        <w:tblStyle w:val="TableGrid"/>
        <w:tblW w:w="10632" w:type="dxa"/>
        <w:tblInd w:w="-856" w:type="dxa"/>
        <w:tblLook w:val="04A0" w:firstRow="1" w:lastRow="0" w:firstColumn="1" w:lastColumn="0" w:noHBand="0" w:noVBand="1"/>
      </w:tblPr>
      <w:tblGrid>
        <w:gridCol w:w="2583"/>
        <w:gridCol w:w="1726"/>
        <w:gridCol w:w="1726"/>
        <w:gridCol w:w="1726"/>
        <w:gridCol w:w="2871"/>
      </w:tblGrid>
      <w:tr w:rsidR="00317937" w14:paraId="7FC6FA36" w14:textId="77777777" w:rsidTr="00DB5DF0">
        <w:tc>
          <w:tcPr>
            <w:tcW w:w="2583" w:type="dxa"/>
          </w:tcPr>
          <w:p w14:paraId="12B023E9" w14:textId="77777777" w:rsidR="00317937" w:rsidRDefault="00000000">
            <w:r>
              <w:t>Name</w:t>
            </w:r>
          </w:p>
        </w:tc>
        <w:tc>
          <w:tcPr>
            <w:tcW w:w="1726" w:type="dxa"/>
          </w:tcPr>
          <w:p w14:paraId="0A5E702C" w14:textId="77777777" w:rsidR="00317937" w:rsidRDefault="00000000">
            <w:r>
              <w:t>16/10/2024</w:t>
            </w:r>
          </w:p>
        </w:tc>
        <w:tc>
          <w:tcPr>
            <w:tcW w:w="1726" w:type="dxa"/>
          </w:tcPr>
          <w:p w14:paraId="6402093F" w14:textId="77777777" w:rsidR="00317937" w:rsidRDefault="00000000">
            <w:r>
              <w:t>05/02/2025</w:t>
            </w:r>
          </w:p>
        </w:tc>
        <w:tc>
          <w:tcPr>
            <w:tcW w:w="1726" w:type="dxa"/>
          </w:tcPr>
          <w:p w14:paraId="3D2997BE" w14:textId="77777777" w:rsidR="00317937" w:rsidRDefault="00000000">
            <w:r>
              <w:t>21/05/2025</w:t>
            </w:r>
          </w:p>
        </w:tc>
        <w:tc>
          <w:tcPr>
            <w:tcW w:w="2871" w:type="dxa"/>
          </w:tcPr>
          <w:p w14:paraId="7FAF3667" w14:textId="77777777" w:rsidR="00317937" w:rsidRDefault="00000000">
            <w:r>
              <w:t>Total attended</w:t>
            </w:r>
          </w:p>
        </w:tc>
      </w:tr>
      <w:tr w:rsidR="00317937" w14:paraId="2991FC24" w14:textId="77777777" w:rsidTr="00DB5DF0">
        <w:tc>
          <w:tcPr>
            <w:tcW w:w="2583" w:type="dxa"/>
          </w:tcPr>
          <w:p w14:paraId="0F79DFEF" w14:textId="77777777" w:rsidR="00317937" w:rsidRDefault="00000000">
            <w:r>
              <w:t>Steve Gilvin</w:t>
            </w:r>
          </w:p>
        </w:tc>
        <w:tc>
          <w:tcPr>
            <w:tcW w:w="1726" w:type="dxa"/>
          </w:tcPr>
          <w:p w14:paraId="5190801B" w14:textId="77777777" w:rsidR="00317937" w:rsidRDefault="00000000">
            <w:r>
              <w:t>✔️</w:t>
            </w:r>
          </w:p>
        </w:tc>
        <w:tc>
          <w:tcPr>
            <w:tcW w:w="1726" w:type="dxa"/>
          </w:tcPr>
          <w:p w14:paraId="2F8F7310" w14:textId="77777777" w:rsidR="00317937" w:rsidRDefault="00000000">
            <w:r>
              <w:t>✔️</w:t>
            </w:r>
          </w:p>
        </w:tc>
        <w:tc>
          <w:tcPr>
            <w:tcW w:w="1726" w:type="dxa"/>
          </w:tcPr>
          <w:p w14:paraId="2D3DEBD4" w14:textId="77777777" w:rsidR="00317937" w:rsidRDefault="00000000">
            <w:r>
              <w:t>✔️</w:t>
            </w:r>
          </w:p>
        </w:tc>
        <w:tc>
          <w:tcPr>
            <w:tcW w:w="2871" w:type="dxa"/>
          </w:tcPr>
          <w:p w14:paraId="3B8CF4A4" w14:textId="77777777" w:rsidR="00317937" w:rsidRDefault="00000000">
            <w:r>
              <w:t>3/3 – 100%</w:t>
            </w:r>
          </w:p>
        </w:tc>
      </w:tr>
      <w:tr w:rsidR="00317937" w14:paraId="2ED25FB3" w14:textId="77777777" w:rsidTr="00DB5DF0">
        <w:tc>
          <w:tcPr>
            <w:tcW w:w="2583" w:type="dxa"/>
          </w:tcPr>
          <w:p w14:paraId="6082AC45" w14:textId="77777777" w:rsidR="00317937" w:rsidRDefault="00000000">
            <w:r>
              <w:t>Irum Ali</w:t>
            </w:r>
          </w:p>
        </w:tc>
        <w:tc>
          <w:tcPr>
            <w:tcW w:w="1726" w:type="dxa"/>
          </w:tcPr>
          <w:p w14:paraId="1017BFF1" w14:textId="77777777" w:rsidR="00317937" w:rsidRDefault="00000000">
            <w:r>
              <w:t>✔️</w:t>
            </w:r>
          </w:p>
        </w:tc>
        <w:tc>
          <w:tcPr>
            <w:tcW w:w="1726" w:type="dxa"/>
          </w:tcPr>
          <w:p w14:paraId="7A2B311A" w14:textId="77777777" w:rsidR="00317937" w:rsidRDefault="00000000">
            <w:r>
              <w:t>✔️</w:t>
            </w:r>
          </w:p>
        </w:tc>
        <w:tc>
          <w:tcPr>
            <w:tcW w:w="1726" w:type="dxa"/>
          </w:tcPr>
          <w:p w14:paraId="6607A742" w14:textId="77777777" w:rsidR="00317937" w:rsidRDefault="00000000">
            <w:r>
              <w:t>✔️</w:t>
            </w:r>
          </w:p>
        </w:tc>
        <w:tc>
          <w:tcPr>
            <w:tcW w:w="2871" w:type="dxa"/>
          </w:tcPr>
          <w:p w14:paraId="4EA86FB5" w14:textId="77777777" w:rsidR="00317937" w:rsidRDefault="00000000">
            <w:r>
              <w:t>3/3 – 100%</w:t>
            </w:r>
          </w:p>
        </w:tc>
      </w:tr>
      <w:tr w:rsidR="00317937" w14:paraId="213B6A7A" w14:textId="77777777" w:rsidTr="00DB5DF0">
        <w:tc>
          <w:tcPr>
            <w:tcW w:w="2583" w:type="dxa"/>
          </w:tcPr>
          <w:p w14:paraId="57AE33E9" w14:textId="77777777" w:rsidR="00317937" w:rsidRDefault="00000000">
            <w:r>
              <w:t>Claire Stewart</w:t>
            </w:r>
          </w:p>
        </w:tc>
        <w:tc>
          <w:tcPr>
            <w:tcW w:w="1726" w:type="dxa"/>
          </w:tcPr>
          <w:p w14:paraId="510A6256" w14:textId="77777777" w:rsidR="00317937" w:rsidRDefault="00000000">
            <w:r>
              <w:t>✔️</w:t>
            </w:r>
          </w:p>
        </w:tc>
        <w:tc>
          <w:tcPr>
            <w:tcW w:w="1726" w:type="dxa"/>
          </w:tcPr>
          <w:p w14:paraId="166B5E47" w14:textId="77777777" w:rsidR="00317937" w:rsidRDefault="00000000">
            <w:r>
              <w:t>✔️</w:t>
            </w:r>
          </w:p>
        </w:tc>
        <w:tc>
          <w:tcPr>
            <w:tcW w:w="1726" w:type="dxa"/>
          </w:tcPr>
          <w:p w14:paraId="300C85E3" w14:textId="77777777" w:rsidR="00317937" w:rsidRDefault="00000000">
            <w:r>
              <w:t>✔️</w:t>
            </w:r>
          </w:p>
        </w:tc>
        <w:tc>
          <w:tcPr>
            <w:tcW w:w="2871" w:type="dxa"/>
          </w:tcPr>
          <w:p w14:paraId="6B7922DD" w14:textId="77777777" w:rsidR="00317937" w:rsidRDefault="00000000">
            <w:r>
              <w:t>3/3 – 100%</w:t>
            </w:r>
          </w:p>
        </w:tc>
      </w:tr>
      <w:tr w:rsidR="00317937" w14:paraId="0FE89FFA" w14:textId="77777777" w:rsidTr="00DB5DF0">
        <w:tc>
          <w:tcPr>
            <w:tcW w:w="2583" w:type="dxa"/>
          </w:tcPr>
          <w:p w14:paraId="7F709D43" w14:textId="77777777" w:rsidR="00317937" w:rsidRDefault="00000000">
            <w:r>
              <w:t>Danny Hassell</w:t>
            </w:r>
          </w:p>
        </w:tc>
        <w:tc>
          <w:tcPr>
            <w:tcW w:w="1726" w:type="dxa"/>
          </w:tcPr>
          <w:p w14:paraId="1E4E1677" w14:textId="77777777" w:rsidR="00317937" w:rsidRDefault="00000000">
            <w:r>
              <w:t>✔️</w:t>
            </w:r>
          </w:p>
        </w:tc>
        <w:tc>
          <w:tcPr>
            <w:tcW w:w="1726" w:type="dxa"/>
          </w:tcPr>
          <w:p w14:paraId="34C0A846" w14:textId="77777777" w:rsidR="00317937" w:rsidRDefault="00000000">
            <w:r>
              <w:t>✔️</w:t>
            </w:r>
          </w:p>
        </w:tc>
        <w:tc>
          <w:tcPr>
            <w:tcW w:w="1726" w:type="dxa"/>
          </w:tcPr>
          <w:p w14:paraId="5E04657C" w14:textId="77777777" w:rsidR="00317937" w:rsidRDefault="00000000">
            <w:r>
              <w:t>✔️</w:t>
            </w:r>
          </w:p>
        </w:tc>
        <w:tc>
          <w:tcPr>
            <w:tcW w:w="2871" w:type="dxa"/>
          </w:tcPr>
          <w:p w14:paraId="69B64101" w14:textId="77777777" w:rsidR="00317937" w:rsidRDefault="00000000">
            <w:r>
              <w:t>3/3 – 100%</w:t>
            </w:r>
          </w:p>
        </w:tc>
      </w:tr>
      <w:tr w:rsidR="00317937" w14:paraId="1F48680A" w14:textId="77777777" w:rsidTr="00DB5DF0">
        <w:tc>
          <w:tcPr>
            <w:tcW w:w="2583" w:type="dxa"/>
          </w:tcPr>
          <w:p w14:paraId="6A4E00C6" w14:textId="77777777" w:rsidR="00317937" w:rsidRDefault="00000000">
            <w:r>
              <w:t>Val Whitehead</w:t>
            </w:r>
          </w:p>
        </w:tc>
        <w:tc>
          <w:tcPr>
            <w:tcW w:w="1726" w:type="dxa"/>
          </w:tcPr>
          <w:p w14:paraId="4D80ACA8" w14:textId="77777777" w:rsidR="00317937" w:rsidRDefault="00000000">
            <w:r>
              <w:t>✔️</w:t>
            </w:r>
          </w:p>
        </w:tc>
        <w:tc>
          <w:tcPr>
            <w:tcW w:w="1726" w:type="dxa"/>
          </w:tcPr>
          <w:p w14:paraId="5C6C851E" w14:textId="77777777" w:rsidR="00317937" w:rsidRDefault="00000000">
            <w:r>
              <w:t>✔️</w:t>
            </w:r>
          </w:p>
        </w:tc>
        <w:tc>
          <w:tcPr>
            <w:tcW w:w="1726" w:type="dxa"/>
          </w:tcPr>
          <w:p w14:paraId="4A3BB2CE" w14:textId="77777777" w:rsidR="00317937" w:rsidRDefault="00000000">
            <w:r>
              <w:t>✔️</w:t>
            </w:r>
          </w:p>
        </w:tc>
        <w:tc>
          <w:tcPr>
            <w:tcW w:w="2871" w:type="dxa"/>
          </w:tcPr>
          <w:p w14:paraId="6F4759AE" w14:textId="77777777" w:rsidR="00317937" w:rsidRDefault="00000000">
            <w:r>
              <w:t>3/3 – 100%</w:t>
            </w:r>
          </w:p>
        </w:tc>
      </w:tr>
      <w:tr w:rsidR="00317937" w14:paraId="6F321FA3" w14:textId="77777777" w:rsidTr="00DB5DF0">
        <w:tc>
          <w:tcPr>
            <w:tcW w:w="2583" w:type="dxa"/>
          </w:tcPr>
          <w:p w14:paraId="37CC1CFA" w14:textId="77777777" w:rsidR="00317937" w:rsidRDefault="00000000">
            <w:r>
              <w:t>James Bustin</w:t>
            </w:r>
          </w:p>
        </w:tc>
        <w:tc>
          <w:tcPr>
            <w:tcW w:w="1726" w:type="dxa"/>
          </w:tcPr>
          <w:p w14:paraId="2C807864" w14:textId="77777777" w:rsidR="00317937" w:rsidRDefault="00000000">
            <w:r>
              <w:t>N/A</w:t>
            </w:r>
          </w:p>
        </w:tc>
        <w:tc>
          <w:tcPr>
            <w:tcW w:w="1726" w:type="dxa"/>
          </w:tcPr>
          <w:p w14:paraId="57975870" w14:textId="77777777" w:rsidR="00317937" w:rsidRDefault="00000000">
            <w:r>
              <w:t>✔️</w:t>
            </w:r>
          </w:p>
        </w:tc>
        <w:tc>
          <w:tcPr>
            <w:tcW w:w="1726" w:type="dxa"/>
          </w:tcPr>
          <w:p w14:paraId="64289ECC" w14:textId="77777777" w:rsidR="00317937" w:rsidRDefault="00000000">
            <w:r>
              <w:t>✔️</w:t>
            </w:r>
          </w:p>
        </w:tc>
        <w:tc>
          <w:tcPr>
            <w:tcW w:w="2871" w:type="dxa"/>
          </w:tcPr>
          <w:p w14:paraId="0560D759" w14:textId="77777777" w:rsidR="00317937" w:rsidRDefault="00000000">
            <w:r>
              <w:t>2/2 – 100%</w:t>
            </w:r>
          </w:p>
        </w:tc>
      </w:tr>
    </w:tbl>
    <w:p w14:paraId="70F493CB" w14:textId="77777777" w:rsidR="00317937" w:rsidRDefault="00000000">
      <w:pPr>
        <w:pStyle w:val="Heading2"/>
      </w:pPr>
      <w:r>
        <w:t>Resources Committee 2024–2025</w:t>
      </w:r>
    </w:p>
    <w:tbl>
      <w:tblPr>
        <w:tblStyle w:val="TableGrid"/>
        <w:tblW w:w="10632" w:type="dxa"/>
        <w:tblInd w:w="-856" w:type="dxa"/>
        <w:tblLook w:val="04A0" w:firstRow="1" w:lastRow="0" w:firstColumn="1" w:lastColumn="0" w:noHBand="0" w:noVBand="1"/>
      </w:tblPr>
      <w:tblGrid>
        <w:gridCol w:w="2580"/>
        <w:gridCol w:w="1727"/>
        <w:gridCol w:w="1727"/>
        <w:gridCol w:w="1727"/>
        <w:gridCol w:w="2871"/>
      </w:tblGrid>
      <w:tr w:rsidR="00317937" w14:paraId="1802E22C" w14:textId="77777777" w:rsidTr="00DB5DF0">
        <w:tc>
          <w:tcPr>
            <w:tcW w:w="2580" w:type="dxa"/>
          </w:tcPr>
          <w:p w14:paraId="71D6BC05" w14:textId="77777777" w:rsidR="00317937" w:rsidRDefault="00000000">
            <w:r>
              <w:t>Name</w:t>
            </w:r>
          </w:p>
        </w:tc>
        <w:tc>
          <w:tcPr>
            <w:tcW w:w="1727" w:type="dxa"/>
          </w:tcPr>
          <w:p w14:paraId="55F7ED99" w14:textId="77777777" w:rsidR="00317937" w:rsidRDefault="00000000">
            <w:r>
              <w:t>16/10/2024</w:t>
            </w:r>
          </w:p>
        </w:tc>
        <w:tc>
          <w:tcPr>
            <w:tcW w:w="1727" w:type="dxa"/>
          </w:tcPr>
          <w:p w14:paraId="2362E212" w14:textId="77777777" w:rsidR="00317937" w:rsidRDefault="00000000">
            <w:r>
              <w:t>05/02/2025</w:t>
            </w:r>
          </w:p>
        </w:tc>
        <w:tc>
          <w:tcPr>
            <w:tcW w:w="1727" w:type="dxa"/>
          </w:tcPr>
          <w:p w14:paraId="23879E10" w14:textId="77777777" w:rsidR="00317937" w:rsidRDefault="00000000">
            <w:r>
              <w:t>21/05/2025</w:t>
            </w:r>
          </w:p>
        </w:tc>
        <w:tc>
          <w:tcPr>
            <w:tcW w:w="2871" w:type="dxa"/>
          </w:tcPr>
          <w:p w14:paraId="24C79744" w14:textId="77777777" w:rsidR="00317937" w:rsidRDefault="00000000">
            <w:r>
              <w:t>Total attended</w:t>
            </w:r>
          </w:p>
        </w:tc>
      </w:tr>
      <w:tr w:rsidR="00317937" w14:paraId="2F7405C3" w14:textId="77777777" w:rsidTr="00DB5DF0">
        <w:tc>
          <w:tcPr>
            <w:tcW w:w="2580" w:type="dxa"/>
          </w:tcPr>
          <w:p w14:paraId="41AB7CFD" w14:textId="77777777" w:rsidR="00317937" w:rsidRDefault="00000000">
            <w:r>
              <w:t>Alan Morton</w:t>
            </w:r>
          </w:p>
        </w:tc>
        <w:tc>
          <w:tcPr>
            <w:tcW w:w="1727" w:type="dxa"/>
          </w:tcPr>
          <w:p w14:paraId="6AE6C8EE" w14:textId="77777777" w:rsidR="00317937" w:rsidRDefault="00000000">
            <w:r>
              <w:t>✔️</w:t>
            </w:r>
          </w:p>
        </w:tc>
        <w:tc>
          <w:tcPr>
            <w:tcW w:w="1727" w:type="dxa"/>
          </w:tcPr>
          <w:p w14:paraId="32B73631" w14:textId="77777777" w:rsidR="00317937" w:rsidRDefault="00000000">
            <w:r>
              <w:t>✔️</w:t>
            </w:r>
          </w:p>
        </w:tc>
        <w:tc>
          <w:tcPr>
            <w:tcW w:w="1727" w:type="dxa"/>
          </w:tcPr>
          <w:p w14:paraId="39A6C6A6" w14:textId="77777777" w:rsidR="00317937" w:rsidRDefault="00000000">
            <w:r>
              <w:t>✔️</w:t>
            </w:r>
          </w:p>
        </w:tc>
        <w:tc>
          <w:tcPr>
            <w:tcW w:w="2871" w:type="dxa"/>
          </w:tcPr>
          <w:p w14:paraId="4E1FA7C5" w14:textId="77777777" w:rsidR="00317937" w:rsidRDefault="00000000">
            <w:r>
              <w:t>3/3 – 100%</w:t>
            </w:r>
          </w:p>
        </w:tc>
      </w:tr>
      <w:tr w:rsidR="00317937" w14:paraId="0F9E02D4" w14:textId="77777777" w:rsidTr="00DB5DF0">
        <w:tc>
          <w:tcPr>
            <w:tcW w:w="2580" w:type="dxa"/>
          </w:tcPr>
          <w:p w14:paraId="110DD179" w14:textId="77777777" w:rsidR="00317937" w:rsidRDefault="00000000">
            <w:r>
              <w:t>Claire Stewart</w:t>
            </w:r>
          </w:p>
        </w:tc>
        <w:tc>
          <w:tcPr>
            <w:tcW w:w="1727" w:type="dxa"/>
          </w:tcPr>
          <w:p w14:paraId="5A29DB4F" w14:textId="77777777" w:rsidR="00317937" w:rsidRDefault="00000000">
            <w:r>
              <w:t>✔️</w:t>
            </w:r>
          </w:p>
        </w:tc>
        <w:tc>
          <w:tcPr>
            <w:tcW w:w="1727" w:type="dxa"/>
          </w:tcPr>
          <w:p w14:paraId="12CF4310" w14:textId="77777777" w:rsidR="00317937" w:rsidRDefault="00000000">
            <w:r>
              <w:t>✔️</w:t>
            </w:r>
          </w:p>
        </w:tc>
        <w:tc>
          <w:tcPr>
            <w:tcW w:w="1727" w:type="dxa"/>
          </w:tcPr>
          <w:p w14:paraId="344C7CBA" w14:textId="77777777" w:rsidR="00317937" w:rsidRDefault="00000000">
            <w:r>
              <w:t>✔️</w:t>
            </w:r>
          </w:p>
        </w:tc>
        <w:tc>
          <w:tcPr>
            <w:tcW w:w="2871" w:type="dxa"/>
          </w:tcPr>
          <w:p w14:paraId="7559C315" w14:textId="77777777" w:rsidR="00317937" w:rsidRDefault="00000000">
            <w:r>
              <w:t>3/3 – 100%</w:t>
            </w:r>
          </w:p>
        </w:tc>
      </w:tr>
      <w:tr w:rsidR="00317937" w14:paraId="537F8233" w14:textId="77777777" w:rsidTr="00DB5DF0">
        <w:tc>
          <w:tcPr>
            <w:tcW w:w="2580" w:type="dxa"/>
          </w:tcPr>
          <w:p w14:paraId="3BDF3EC8" w14:textId="77777777" w:rsidR="00317937" w:rsidRDefault="00000000">
            <w:r>
              <w:t>Danny Hassell</w:t>
            </w:r>
          </w:p>
        </w:tc>
        <w:tc>
          <w:tcPr>
            <w:tcW w:w="1727" w:type="dxa"/>
          </w:tcPr>
          <w:p w14:paraId="7E78483B" w14:textId="77777777" w:rsidR="00317937" w:rsidRDefault="00000000">
            <w:r>
              <w:t>✔️</w:t>
            </w:r>
          </w:p>
        </w:tc>
        <w:tc>
          <w:tcPr>
            <w:tcW w:w="1727" w:type="dxa"/>
          </w:tcPr>
          <w:p w14:paraId="67780DDF" w14:textId="77777777" w:rsidR="00317937" w:rsidRDefault="00000000">
            <w:r>
              <w:t>✔️</w:t>
            </w:r>
          </w:p>
        </w:tc>
        <w:tc>
          <w:tcPr>
            <w:tcW w:w="1727" w:type="dxa"/>
          </w:tcPr>
          <w:p w14:paraId="03B90965" w14:textId="77777777" w:rsidR="00317937" w:rsidRDefault="00000000">
            <w:r>
              <w:t>✔️</w:t>
            </w:r>
          </w:p>
        </w:tc>
        <w:tc>
          <w:tcPr>
            <w:tcW w:w="2871" w:type="dxa"/>
          </w:tcPr>
          <w:p w14:paraId="6CAA11F3" w14:textId="77777777" w:rsidR="00317937" w:rsidRDefault="00000000">
            <w:r>
              <w:t>3/3 – 100%</w:t>
            </w:r>
          </w:p>
        </w:tc>
      </w:tr>
      <w:tr w:rsidR="00317937" w14:paraId="72A4DA5F" w14:textId="77777777" w:rsidTr="00DB5DF0">
        <w:tc>
          <w:tcPr>
            <w:tcW w:w="2580" w:type="dxa"/>
          </w:tcPr>
          <w:p w14:paraId="5DB2C028" w14:textId="77777777" w:rsidR="00317937" w:rsidRDefault="00000000">
            <w:r>
              <w:t>Nancy Zhang</w:t>
            </w:r>
          </w:p>
        </w:tc>
        <w:tc>
          <w:tcPr>
            <w:tcW w:w="1727" w:type="dxa"/>
          </w:tcPr>
          <w:p w14:paraId="2D82B25F" w14:textId="77777777" w:rsidR="00317937" w:rsidRDefault="00000000">
            <w:r>
              <w:t>✔️</w:t>
            </w:r>
          </w:p>
        </w:tc>
        <w:tc>
          <w:tcPr>
            <w:tcW w:w="1727" w:type="dxa"/>
          </w:tcPr>
          <w:p w14:paraId="0A01B950" w14:textId="77777777" w:rsidR="00317937" w:rsidRDefault="00000000">
            <w:r>
              <w:t>✔️</w:t>
            </w:r>
          </w:p>
        </w:tc>
        <w:tc>
          <w:tcPr>
            <w:tcW w:w="1727" w:type="dxa"/>
          </w:tcPr>
          <w:p w14:paraId="7F2EDA85" w14:textId="77777777" w:rsidR="00317937" w:rsidRDefault="00000000">
            <w:r>
              <w:t>✔️</w:t>
            </w:r>
          </w:p>
        </w:tc>
        <w:tc>
          <w:tcPr>
            <w:tcW w:w="2871" w:type="dxa"/>
          </w:tcPr>
          <w:p w14:paraId="438223D1" w14:textId="77777777" w:rsidR="00317937" w:rsidRDefault="00000000">
            <w:r>
              <w:t>3/3 – 100%</w:t>
            </w:r>
          </w:p>
        </w:tc>
      </w:tr>
    </w:tbl>
    <w:p w14:paraId="395A595C" w14:textId="77777777" w:rsidR="00553BB9" w:rsidRDefault="00553BB9"/>
    <w:sectPr w:rsidR="00553BB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altName w:val="Courier New"/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19004870">
    <w:abstractNumId w:val="8"/>
  </w:num>
  <w:num w:numId="2" w16cid:durableId="473373140">
    <w:abstractNumId w:val="6"/>
  </w:num>
  <w:num w:numId="3" w16cid:durableId="902134277">
    <w:abstractNumId w:val="5"/>
  </w:num>
  <w:num w:numId="4" w16cid:durableId="1048994005">
    <w:abstractNumId w:val="4"/>
  </w:num>
  <w:num w:numId="5" w16cid:durableId="1872448848">
    <w:abstractNumId w:val="7"/>
  </w:num>
  <w:num w:numId="6" w16cid:durableId="739837752">
    <w:abstractNumId w:val="3"/>
  </w:num>
  <w:num w:numId="7" w16cid:durableId="199168921">
    <w:abstractNumId w:val="2"/>
  </w:num>
  <w:num w:numId="8" w16cid:durableId="104429679">
    <w:abstractNumId w:val="1"/>
  </w:num>
  <w:num w:numId="9" w16cid:durableId="420221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17937"/>
    <w:rsid w:val="00326F90"/>
    <w:rsid w:val="00454573"/>
    <w:rsid w:val="00553BB9"/>
    <w:rsid w:val="00820BCB"/>
    <w:rsid w:val="00AA1D8D"/>
    <w:rsid w:val="00AD53E0"/>
    <w:rsid w:val="00B47730"/>
    <w:rsid w:val="00CB0664"/>
    <w:rsid w:val="00DB5DF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9D2F57"/>
  <w14:defaultImageDpi w14:val="300"/>
  <w15:docId w15:val="{83A27B35-4A95-B442-83F7-03C17F6BA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Tracey Lee</cp:lastModifiedBy>
  <cp:revision>2</cp:revision>
  <dcterms:created xsi:type="dcterms:W3CDTF">2025-09-13T12:59:00Z</dcterms:created>
  <dcterms:modified xsi:type="dcterms:W3CDTF">2025-09-13T12:59:00Z</dcterms:modified>
  <cp:category/>
</cp:coreProperties>
</file>